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39B" w:rsidRDefault="0074151B">
      <w:pPr>
        <w:spacing w:after="240"/>
        <w:jc w:val="center"/>
      </w:pPr>
      <w:r>
        <w:rPr>
          <w:b/>
        </w:rPr>
        <w:t xml:space="preserve">DOMANDA DI PARTECIPAZIONE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INTERPELLO</w:t>
      </w:r>
    </w:p>
    <w:p w:rsidR="00540634" w:rsidRDefault="00540634" w:rsidP="00540634">
      <w:pPr>
        <w:spacing w:after="0"/>
        <w:ind w:left="6805"/>
        <w:rPr>
          <w:rFonts w:eastAsia="Calibri" w:cs="Calibri"/>
          <w:spacing w:val="-3"/>
          <w:lang w:val="it-IT"/>
        </w:rPr>
      </w:pPr>
      <w:r w:rsidRPr="00540634">
        <w:rPr>
          <w:rFonts w:eastAsia="Calibri" w:cs="Calibri"/>
          <w:lang w:val="it-IT"/>
        </w:rPr>
        <w:t>Al</w:t>
      </w:r>
      <w:r w:rsidRPr="00540634">
        <w:rPr>
          <w:rFonts w:eastAsia="Calibri" w:cs="Calibri"/>
          <w:spacing w:val="-6"/>
          <w:lang w:val="it-IT"/>
        </w:rPr>
        <w:t xml:space="preserve"> </w:t>
      </w:r>
      <w:r w:rsidRPr="00540634">
        <w:rPr>
          <w:rFonts w:eastAsia="Calibri" w:cs="Calibri"/>
          <w:lang w:val="it-IT"/>
        </w:rPr>
        <w:t>Dirigente</w:t>
      </w:r>
      <w:r w:rsidRPr="00540634">
        <w:rPr>
          <w:rFonts w:eastAsia="Calibri" w:cs="Calibri"/>
          <w:spacing w:val="-4"/>
          <w:lang w:val="it-IT"/>
        </w:rPr>
        <w:t xml:space="preserve"> </w:t>
      </w:r>
      <w:r w:rsidRPr="00540634">
        <w:rPr>
          <w:rFonts w:eastAsia="Calibri" w:cs="Calibri"/>
          <w:lang w:val="it-IT"/>
        </w:rPr>
        <w:t>Scolastico</w:t>
      </w:r>
      <w:r w:rsidRPr="00540634">
        <w:rPr>
          <w:rFonts w:eastAsia="Calibri" w:cs="Calibri"/>
          <w:spacing w:val="-3"/>
          <w:lang w:val="it-IT"/>
        </w:rPr>
        <w:t xml:space="preserve"> </w:t>
      </w:r>
    </w:p>
    <w:p w:rsidR="00540634" w:rsidRPr="00540634" w:rsidRDefault="00540634" w:rsidP="00540634">
      <w:pPr>
        <w:spacing w:after="0"/>
        <w:ind w:left="6805"/>
        <w:rPr>
          <w:rFonts w:eastAsia="Calibri" w:cs="Calibri"/>
          <w:spacing w:val="-3"/>
          <w:lang w:val="it-IT"/>
        </w:rPr>
      </w:pPr>
      <w:r w:rsidRPr="00540634">
        <w:rPr>
          <w:rFonts w:eastAsia="Calibri" w:cs="Calibri"/>
          <w:lang w:val="it-IT"/>
        </w:rPr>
        <w:t>VIII I.C. E. VITTORINI - SIRACUSA</w:t>
      </w:r>
    </w:p>
    <w:p w:rsidR="00FE739B" w:rsidRDefault="00FE739B">
      <w:pPr>
        <w:spacing w:after="360"/>
        <w:jc w:val="right"/>
      </w:pPr>
    </w:p>
    <w:p w:rsidR="00FE739B" w:rsidRDefault="0074151B">
      <w:pPr>
        <w:spacing w:before="240" w:after="360"/>
      </w:pPr>
      <w:r>
        <w:rPr>
          <w:b/>
        </w:rPr>
        <w:t xml:space="preserve">OGGETTO: Riscontro avviso di </w:t>
      </w:r>
      <w:r>
        <w:rPr>
          <w:b/>
        </w:rPr>
        <w:t>interpello prot. n. _______________ del _______________ per il conferimento di una supplenza su posto scuola primaria – Metodo Montessori.</w:t>
      </w:r>
    </w:p>
    <w:p w:rsidR="00FE739B" w:rsidRDefault="0074151B">
      <w:pPr>
        <w:spacing w:after="120"/>
      </w:pPr>
      <w:r>
        <w:t>Il/La sottoscritto/a:</w:t>
      </w:r>
    </w:p>
    <w:p w:rsidR="00FE739B" w:rsidRDefault="0074151B">
      <w:pPr>
        <w:spacing w:after="80"/>
        <w:ind w:left="360"/>
      </w:pPr>
      <w:r>
        <w:rPr>
          <w:b/>
        </w:rPr>
        <w:t xml:space="preserve">Cognome e Nome: </w:t>
      </w:r>
      <w:r>
        <w:t>______________________________________________________</w:t>
      </w:r>
    </w:p>
    <w:p w:rsidR="00FE739B" w:rsidRDefault="0074151B">
      <w:pPr>
        <w:spacing w:after="80"/>
        <w:ind w:left="360"/>
      </w:pPr>
      <w:r>
        <w:rPr>
          <w:b/>
        </w:rPr>
        <w:t>Luogo e data di nascita:</w:t>
      </w:r>
      <w:r>
        <w:rPr>
          <w:b/>
        </w:rPr>
        <w:t xml:space="preserve"> </w:t>
      </w:r>
      <w:r>
        <w:t>_____________________________________ (Prov. ____)</w:t>
      </w:r>
    </w:p>
    <w:p w:rsidR="00FE739B" w:rsidRDefault="0074151B">
      <w:pPr>
        <w:spacing w:after="80"/>
        <w:ind w:left="360"/>
      </w:pPr>
      <w:r>
        <w:rPr>
          <w:b/>
        </w:rPr>
        <w:t xml:space="preserve">Codice Fiscale: </w:t>
      </w:r>
      <w:r>
        <w:t>______________________________________________________</w:t>
      </w:r>
    </w:p>
    <w:p w:rsidR="00FE739B" w:rsidRDefault="0074151B">
      <w:pPr>
        <w:spacing w:after="80"/>
        <w:ind w:left="360"/>
      </w:pPr>
      <w:r>
        <w:rPr>
          <w:b/>
        </w:rPr>
        <w:t xml:space="preserve">Residenza: </w:t>
      </w:r>
      <w:r>
        <w:t>Comune di _______________________ (Prov. ____), Via/Piazza _______________________ n. ____</w:t>
      </w:r>
    </w:p>
    <w:p w:rsidR="00FE739B" w:rsidRDefault="0074151B">
      <w:pPr>
        <w:spacing w:after="80"/>
        <w:ind w:left="360"/>
      </w:pPr>
      <w:r>
        <w:rPr>
          <w:b/>
        </w:rPr>
        <w:t xml:space="preserve">Recapiti telefonici: </w:t>
      </w:r>
      <w:r>
        <w:t>Tel. / Cel</w:t>
      </w:r>
      <w:r>
        <w:t>l. ____________________</w:t>
      </w:r>
    </w:p>
    <w:p w:rsidR="00FE739B" w:rsidRDefault="0074151B">
      <w:pPr>
        <w:spacing w:after="80"/>
        <w:ind w:left="360"/>
      </w:pPr>
      <w:r>
        <w:rPr>
          <w:b/>
        </w:rPr>
        <w:t xml:space="preserve">E-mail / PEC: </w:t>
      </w:r>
      <w:r>
        <w:t>______________________________________________________</w:t>
      </w:r>
    </w:p>
    <w:p w:rsidR="00FE739B" w:rsidRDefault="0074151B" w:rsidP="00E77AE9">
      <w:pPr>
        <w:spacing w:before="240" w:after="120"/>
        <w:jc w:val="center"/>
      </w:pPr>
      <w:r>
        <w:rPr>
          <w:b/>
        </w:rPr>
        <w:t>COMUNICA</w:t>
      </w:r>
    </w:p>
    <w:p w:rsidR="00FE739B" w:rsidRDefault="0074151B">
      <w:pPr>
        <w:spacing w:after="120"/>
      </w:pPr>
      <w:r>
        <w:t xml:space="preserve">la propria disponibilità ad accettare la proposta di supplenza in oggetto alle seguenti </w:t>
      </w:r>
      <w:proofErr w:type="spellStart"/>
      <w:r>
        <w:t>condizioni</w:t>
      </w:r>
      <w:proofErr w:type="spellEnd"/>
      <w:r>
        <w:t xml:space="preserve"> e per la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tipologia</w:t>
      </w:r>
      <w:proofErr w:type="spellEnd"/>
      <w:r>
        <w:t xml:space="preserve"> di </w:t>
      </w:r>
      <w:proofErr w:type="spellStart"/>
      <w:r>
        <w:t>posto</w:t>
      </w:r>
      <w:proofErr w:type="spellEnd"/>
      <w:r>
        <w:t>:</w:t>
      </w:r>
    </w:p>
    <w:p w:rsidR="00FE739B" w:rsidRDefault="0074151B">
      <w:pPr>
        <w:spacing w:after="80"/>
        <w:ind w:left="360"/>
      </w:pPr>
      <w:r>
        <w:t>[  ] Posto con me</w:t>
      </w:r>
      <w:r>
        <w:t>todo Montessori (Scuola Primaria - codice tipologia posto: EEHN / HNEE)</w:t>
      </w:r>
    </w:p>
    <w:p w:rsidR="00FE739B" w:rsidRDefault="0074151B">
      <w:pPr>
        <w:spacing w:after="240"/>
      </w:pPr>
      <w:r>
        <w:t xml:space="preserve">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 di supplenza indicato nell'avviso: da </w:t>
      </w:r>
      <w:proofErr w:type="spellStart"/>
      <w:r>
        <w:t>lunedi</w:t>
      </w:r>
      <w:proofErr w:type="spellEnd"/>
      <w:r>
        <w:t xml:space="preserve"> 19 </w:t>
      </w:r>
      <w:proofErr w:type="spellStart"/>
      <w:r>
        <w:t>ottobre</w:t>
      </w:r>
      <w:proofErr w:type="spellEnd"/>
      <w:r>
        <w:t xml:space="preserve">/data di </w:t>
      </w:r>
      <w:proofErr w:type="spellStart"/>
      <w:r>
        <w:t>effettiva</w:t>
      </w:r>
      <w:proofErr w:type="spellEnd"/>
      <w:r>
        <w:t xml:space="preserve"> presa di </w:t>
      </w:r>
      <w:proofErr w:type="spellStart"/>
      <w:r>
        <w:t>servizio</w:t>
      </w:r>
      <w:proofErr w:type="spellEnd"/>
      <w:r>
        <w:t xml:space="preserve"> al 31.08.2027</w:t>
      </w:r>
      <w:r>
        <w:t>.</w:t>
      </w:r>
    </w:p>
    <w:p w:rsidR="00FE739B" w:rsidRDefault="0074151B" w:rsidP="00E77AE9">
      <w:pPr>
        <w:spacing w:before="240" w:after="120"/>
        <w:jc w:val="center"/>
      </w:pPr>
      <w:r>
        <w:rPr>
          <w:b/>
        </w:rPr>
        <w:t>DICHIARA</w:t>
      </w:r>
    </w:p>
    <w:p w:rsidR="00FE739B" w:rsidRDefault="0074151B">
      <w:pPr>
        <w:spacing w:after="120"/>
      </w:pPr>
      <w:r>
        <w:t xml:space="preserve">ai </w:t>
      </w:r>
      <w:r>
        <w:t xml:space="preserve">sensi degli artt. 46 e 47 del D.P.R. n. 445/2000, consapevole delle sanzioni penali previste dall'art. 76 del medesimo D.P.R. per le ipotesi di falsità in </w:t>
      </w:r>
      <w:proofErr w:type="spellStart"/>
      <w:r>
        <w:t>atti</w:t>
      </w:r>
      <w:proofErr w:type="spellEnd"/>
      <w:r>
        <w:t xml:space="preserve"> 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:</w:t>
      </w:r>
    </w:p>
    <w:p w:rsidR="00FE739B" w:rsidRDefault="0074151B">
      <w:pPr>
        <w:spacing w:after="120"/>
        <w:ind w:left="360"/>
      </w:pPr>
      <w:r>
        <w:rPr>
          <w:b/>
        </w:rPr>
        <w:t xml:space="preserve">• </w:t>
      </w:r>
      <w:r>
        <w:t>Di essere in possesso del seguente titolo di studio valido per l'acce</w:t>
      </w:r>
      <w:r>
        <w:t>sso all'insegnamento nella scuola primaria: __________________________________________________________________ conseguito presso _____________________________________ nell'anno accademico/scolastico _______________ con votazione _______________.</w:t>
      </w:r>
    </w:p>
    <w:p w:rsidR="00FE739B" w:rsidRDefault="0074151B">
      <w:pPr>
        <w:spacing w:after="120"/>
        <w:ind w:left="360"/>
      </w:pPr>
      <w:r>
        <w:rPr>
          <w:b/>
        </w:rPr>
        <w:t xml:space="preserve">• </w:t>
      </w:r>
      <w:r>
        <w:t>Di ESSER</w:t>
      </w:r>
      <w:r>
        <w:t>E in possesso dello specifico titolo di specializzazione nel Metodo Montessori per l'insegnamento nella scuola primaria, conseguito presso _____________________________________ in data _______________.</w:t>
      </w:r>
    </w:p>
    <w:p w:rsidR="00FE739B" w:rsidRDefault="0074151B">
      <w:pPr>
        <w:spacing w:after="120"/>
        <w:ind w:left="360"/>
      </w:pPr>
      <w:r>
        <w:rPr>
          <w:b/>
        </w:rPr>
        <w:t xml:space="preserve">• </w:t>
      </w:r>
      <w:r>
        <w:t xml:space="preserve">Di NON essere in possesso dello specifico titolo di </w:t>
      </w:r>
      <w:r>
        <w:t>specializzazione nel Metodo Montessori, ma di manifestare comunque la disponibilità alla supplenza in subordine ai candidati specializzati.</w:t>
      </w:r>
    </w:p>
    <w:p w:rsidR="00FE739B" w:rsidRDefault="0074151B">
      <w:pPr>
        <w:spacing w:after="120"/>
        <w:ind w:left="360"/>
      </w:pPr>
      <w:r>
        <w:rPr>
          <w:b/>
        </w:rPr>
        <w:lastRenderedPageBreak/>
        <w:t xml:space="preserve">• </w:t>
      </w:r>
      <w:r>
        <w:t>Di essere / non essere inserito/a nelle Graduatorie Provinciali per le Supplenze (GPS) o nelle Graduatorie d'Istit</w:t>
      </w:r>
      <w:r>
        <w:t>uto della provincia di _______________________ per la classe di concorso/tipologia di posto in oggetto.</w:t>
      </w:r>
    </w:p>
    <w:p w:rsidR="00FE739B" w:rsidRDefault="0074151B">
      <w:pPr>
        <w:spacing w:after="120"/>
        <w:ind w:left="360"/>
      </w:pPr>
      <w:r>
        <w:rPr>
          <w:b/>
        </w:rPr>
        <w:t xml:space="preserve">• </w:t>
      </w:r>
      <w:r>
        <w:t>Di essere immediatamente disponibile a prendere servizio entro i termini stabiliti dall'Istituzione Scolastica nell'avviso di interpello.</w:t>
      </w:r>
    </w:p>
    <w:p w:rsidR="00FE739B" w:rsidRDefault="0074151B">
      <w:pPr>
        <w:spacing w:after="120"/>
        <w:ind w:left="360"/>
      </w:pPr>
      <w:r>
        <w:rPr>
          <w:b/>
        </w:rPr>
        <w:t xml:space="preserve">• </w:t>
      </w:r>
      <w:r>
        <w:t>Di aver pr</w:t>
      </w:r>
      <w:r>
        <w:t>eso piena visione e di accettare tutte le condizioni e le clausole previste dall'avviso di interpello dell'Istituto.</w:t>
      </w:r>
    </w:p>
    <w:p w:rsidR="00FE739B" w:rsidRDefault="0074151B">
      <w:pPr>
        <w:spacing w:before="240" w:after="120"/>
      </w:pPr>
      <w:r>
        <w:rPr>
          <w:b/>
        </w:rPr>
        <w:t>ALLEGA ALLA PRESENTE DOMANDA:</w:t>
      </w:r>
    </w:p>
    <w:p w:rsidR="00FE739B" w:rsidRDefault="0074151B">
      <w:pPr>
        <w:spacing w:after="80"/>
        <w:ind w:left="360"/>
      </w:pPr>
      <w:r>
        <w:rPr>
          <w:b/>
        </w:rPr>
        <w:t xml:space="preserve">- </w:t>
      </w:r>
      <w:r>
        <w:t xml:space="preserve">Curriculum Vitae in formato europeo aggiornato e </w:t>
      </w:r>
      <w:proofErr w:type="spellStart"/>
      <w:r>
        <w:t>firmato</w:t>
      </w:r>
      <w:proofErr w:type="spellEnd"/>
      <w:r>
        <w:t xml:space="preserve"> (</w:t>
      </w:r>
      <w:proofErr w:type="spellStart"/>
      <w:r>
        <w:t>versione</w:t>
      </w:r>
      <w:proofErr w:type="spellEnd"/>
      <w:r>
        <w:t xml:space="preserve"> </w:t>
      </w:r>
      <w:proofErr w:type="spellStart"/>
      <w:r>
        <w:t>sintetica</w:t>
      </w:r>
      <w:proofErr w:type="spellEnd"/>
      <w:r>
        <w:t>);</w:t>
      </w:r>
    </w:p>
    <w:p w:rsidR="00FE739B" w:rsidRDefault="0074151B">
      <w:pPr>
        <w:spacing w:after="80"/>
        <w:ind w:left="360"/>
      </w:pPr>
      <w:r>
        <w:rPr>
          <w:b/>
        </w:rPr>
        <w:t xml:space="preserve">- </w:t>
      </w:r>
      <w:r>
        <w:t xml:space="preserve">Copia del documento di identità in corso di </w:t>
      </w:r>
      <w:r>
        <w:t>validità e del codice fiscale;</w:t>
      </w:r>
    </w:p>
    <w:p w:rsidR="00FE739B" w:rsidRDefault="0074151B">
      <w:pPr>
        <w:spacing w:after="80"/>
        <w:ind w:left="360"/>
      </w:pPr>
      <w:r>
        <w:rPr>
          <w:b/>
        </w:rPr>
        <w:t xml:space="preserve">- </w:t>
      </w:r>
      <w:r>
        <w:t>Copia del titolo di specializzazione nel Metodo Montessori (se posseduto) o relativa autocertificazione.</w:t>
      </w:r>
    </w:p>
    <w:p w:rsidR="00FE739B" w:rsidRDefault="0074151B">
      <w:pPr>
        <w:spacing w:before="480" w:after="120"/>
      </w:pPr>
      <w:proofErr w:type="spellStart"/>
      <w:r>
        <w:t>Luogo</w:t>
      </w:r>
      <w:proofErr w:type="spellEnd"/>
      <w:r>
        <w:t xml:space="preserve"> e data: _______________________</w:t>
      </w:r>
      <w:r>
        <w:t>_</w:t>
      </w:r>
    </w:p>
    <w:p w:rsidR="00FE739B" w:rsidRDefault="0074151B">
      <w:pPr>
        <w:spacing w:before="240" w:after="120"/>
        <w:jc w:val="right"/>
      </w:pPr>
      <w:bookmarkStart w:id="0" w:name="_GoBack"/>
      <w:bookmarkEnd w:id="0"/>
      <w:r>
        <w:t>Firma del dichiarante</w:t>
      </w:r>
      <w:r>
        <w:br/>
      </w:r>
      <w:r>
        <w:br/>
        <w:t>__________________________________</w:t>
      </w:r>
    </w:p>
    <w:sectPr w:rsidR="00FE739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3103"/>
    <w:rsid w:val="0015074B"/>
    <w:rsid w:val="0029639D"/>
    <w:rsid w:val="00326F90"/>
    <w:rsid w:val="00540634"/>
    <w:rsid w:val="0074151B"/>
    <w:rsid w:val="00AA1D8D"/>
    <w:rsid w:val="00B47730"/>
    <w:rsid w:val="00CB0664"/>
    <w:rsid w:val="00E77AE9"/>
    <w:rsid w:val="00FC693F"/>
    <w:rsid w:val="00FE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D649B"/>
  <w14:defaultImageDpi w14:val="300"/>
  <w15:docId w15:val="{9BC799BE-E6FA-40F1-8540-BA8540DB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B409B0-2AD2-4C05-8DBF-34449CD7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Uccello</cp:lastModifiedBy>
  <cp:revision>4</cp:revision>
  <cp:lastPrinted>2026-10-14T08:00:00Z</cp:lastPrinted>
  <dcterms:created xsi:type="dcterms:W3CDTF">2013-12-23T23:15:00Z</dcterms:created>
  <dcterms:modified xsi:type="dcterms:W3CDTF">2026-10-14T08:33:00Z</dcterms:modified>
  <cp:category/>
</cp:coreProperties>
</file>